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ממוצע וקריאת דיאגרמות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ממוצע של קבוצת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ולפרש נתונים מדיאגרמת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איזה חלק מהווה נתון מתוך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סכום הנתונים חלקי מספרם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בין הערך הקטן לגדול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הערך של הנתון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חישוב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בדיקה שעוזר לוודא שהחישוב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הממוצע של מספרים זהים שווה לאותו מספר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תוספת מספר גדול מעלה את הסכום ולכן גם את הממוצע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לחשב חלק יחסי על ידי חלוקת הערך בסכום הכולל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(סכום הנתונים חלקי מספרם)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(תוצאת החיבור של כל הנתונים)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(גרף שמראה נתונים לפי גובה עמודות)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(הקו שלפיו קוראים את ערכי הדיאגרמה)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(ערך של פריט חלקי הסכום הכולל)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המספרים 8, 9, 10, 13 - הסכום שלהם 40, וחלקי 4 שווה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הממוצע הוא ערך אמצעי בין כל המספרים, ולכן הוא לא יכול להיות גדול מהגדול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ארבעה ערכים, לחשב את הסכום, לחלק במספר החודשים לקבלת הממוצע, ולחשב את החלק היחסי של הערך הגבוה ביותר מתוך הסכום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סכום הנתונים חלקי מספרם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הערך של אותו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הממוצע צריך להיות בין הערך הקטן לגדול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הפתורה מהעמוד ולחזור עליה יחד עם התלמידים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לבדוק את תשובתם לפי הטיפ שהממוצע נמצא בין 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הדיאגרמה אפשר לצייר דוגמה פשוטה על הלוח לפני המשימה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ממוצע וקריאת דיאגרמות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חישוב ממוצע של מספרים וקריאת נתונים מתוך דיאגרמת עמודות, בדיוק כמו בדוגמה הפתורה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הנוסחה לחישוב ממוצע?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הנתונים כפול מספרם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הנתונים חלקי מספרם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ההפרש בין הגדול לקטן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המספר האמצעי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הממוצע של המספרים 2, 4, 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הממוצע תמיד נמצא...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מכל 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מכל 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הערך הקטן לגדול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שווה לסכום הכולל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הממוצע של 5 מספרים הוא 10, מה הסכום שלהם?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בדיאגרמת עמודות, גובה העמודה מייצג את...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הסדר של הנתון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 הנתון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של הנתון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השם של הנתון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חישוב 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הממוצע של המספרים 7, 8, 5, 4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הממוצע של המספרים 9, 11, 17, 11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הממוצע של המספרים 19, 27, 26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הממוצע של המספרים 14, 5, 8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הממוצע של המספרים 30, 30, 30, 22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הממוצע תמיד נמצא בין הערך הקטן ביותר לערך הגדול ביותר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לחשב ממוצע מחלקים את הסכום במספר הפריטים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של מספרים זהים הוא תמיד אפס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מוסיפים מספר גדול מאוד לרשימה, הממוצע יכול לעלות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בדיאגרמת עמודות אי אפשר לדעת איזה חלק מהווה כל נתון מהסכום הכולל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 שלפיו קוראים את ערכי הדיאגרמה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גרף שמראה נתונים לפי גובה עמודות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דיאגרמת עמודות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הנתונים חלקי מספרם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ערך של פריט חלקי הסכום הכולל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חלק יחסי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תוצאת החיבור של כל הנתונים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ממוצע של 4 מספרים יכול להיות 10, ותנו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הממוצע לא יכול להיות גדול מהמספר הגדול ביותר ברשימה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דיאגרמת עמודות שמציגה כמות גשם בארבעה חודשים שונים. חשבו את הממוצע וכתבו איזה חלק מהווה החודש עם הכי הרבה גשם מתוך הסכום הכולל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ממוצע של קבוצת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מהגובה של עמודה בדיאגרמה?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חישוב הממוצע הגיוני?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ממוצע וקריאת דיאגרמות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