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ממוצע של קבוצת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ולפרש נתונים מדיאגרמת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איזה חלק מהווה נתון מתוך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הנתונים חלקי מספרם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בין הערך הקטן לגדול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בדיקה שעוזר לוודא שהחישוב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הממוצע של מספרים זהים שווה לאותו מספר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(סכום הנתונים חלקי מספרם)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(גרף שמראה נתונים לפי גובה עמודות)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(ערך של פריט חלקי הסכום הכולל)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המספרים 8, 9, 10, 13 - הסכום שלהם 40, וחלקי 4 שווה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ארבעה ערכים, לחשב את הסכום, לחלק במספר החודשים לקבלת הממוצע, ולחשב את החלק היחסי של הערך הגבוה ביותר מתוך הסכום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הנתונים חלקי מספרם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הערך של אותו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הממוצע צריך להיות בין הערך הקטן לגדול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מהעמוד ולחזור עליה יחד עם התלמידים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את תשובתם לפי הטיפ שהממוצע נמצא בין 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הדיאגרמה אפשר לצייר דוגמה פשוטה על הלוח לפני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חישוב ממוצע של מספרים וקריאת נתונים מתוך דיאגרמת עמודות, בדיוק כמו בדוגמה הפתורה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6  ·  12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הנוסחה לחישוב ממוצע?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סכום הנתונים כפול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סכום הנתונים חלקי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ההפרש בין הגדול לקטן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הממוצע תמיד נמצא...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בין הערך הקטן לגדול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חישוב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הממוצע של המספרים 7, 8, 5, 4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הממוצע של המספרים 9, 11, 17, 11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הממוצע תמיד נמצא בין הערך הקטן ביותר לערך הגדול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ממוצע של מספרים זהים הוא תמיד 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ערך של פריט חלקי הסכום הכולל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דיאגרמת עמודות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סכום הנתונים חלקי מספרם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גרף שמראה נתונים לפי גובה עמודות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ממוצע של 4 מספרים יכול להיות 10, ותנו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דיאגרמת עמודות שמציגה כמות גשם בארבעה חודשים שונים. חשבו את הממוצע וכתבו איזה חלק מהווה החודש עם הכי הרבה גשם מתוך הסכום הכולל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ממוצע של קבוצת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ללמוד מהגובה של עמודה בדיאגרמה?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ממוצע וקריאת דיאגרמות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